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756E" w:rsidRPr="007212ED" w:rsidRDefault="00170BC6">
      <w:pPr>
        <w:pStyle w:val="Tytu"/>
        <w:jc w:val="center"/>
        <w:rPr>
          <w:sz w:val="40"/>
          <w:szCs w:val="40"/>
        </w:rPr>
      </w:pPr>
      <w:r w:rsidRPr="007212ED">
        <w:rPr>
          <w:sz w:val="40"/>
          <w:szCs w:val="40"/>
        </w:rPr>
        <w:t>KARTA UCZESTNIKA PROJEKTU</w:t>
      </w:r>
    </w:p>
    <w:p w:rsidR="00FF756E" w:rsidRDefault="007212ED" w:rsidP="007212ED">
      <w:pPr>
        <w:jc w:val="center"/>
      </w:pPr>
      <w:proofErr w:type="spellStart"/>
      <w:r>
        <w:t>Projekt</w:t>
      </w:r>
      <w:proofErr w:type="spellEnd"/>
      <w:r>
        <w:t>: „</w:t>
      </w:r>
      <w:proofErr w:type="spellStart"/>
      <w:r>
        <w:t>WoloAktywni</w:t>
      </w:r>
      <w:proofErr w:type="spellEnd"/>
      <w:r w:rsidR="00170BC6">
        <w:t>”</w:t>
      </w:r>
    </w:p>
    <w:p w:rsidR="00FF756E" w:rsidRDefault="00170BC6">
      <w:pPr>
        <w:pStyle w:val="Nagwek1"/>
      </w:pPr>
      <w:r>
        <w:t>I. DANE UCZESTNIKA</w:t>
      </w:r>
    </w:p>
    <w:p w:rsidR="00FF756E" w:rsidRDefault="00170BC6">
      <w:r>
        <w:t xml:space="preserve">1. </w:t>
      </w:r>
      <w:proofErr w:type="spellStart"/>
      <w:r>
        <w:t>Imię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nazwisko</w:t>
      </w:r>
      <w:proofErr w:type="spellEnd"/>
      <w:r>
        <w:t>:</w:t>
      </w:r>
      <w:r>
        <w:br/>
        <w:t>______________________________________________________________________________</w:t>
      </w:r>
    </w:p>
    <w:p w:rsidR="00FF756E" w:rsidRDefault="00170BC6">
      <w:r>
        <w:t xml:space="preserve">2. Data </w:t>
      </w:r>
      <w:proofErr w:type="spellStart"/>
      <w:r>
        <w:t>urodzenia</w:t>
      </w:r>
      <w:proofErr w:type="spellEnd"/>
      <w:r>
        <w:t>:</w:t>
      </w:r>
      <w:r>
        <w:br/>
        <w:t>______________________________________________________________________________</w:t>
      </w:r>
    </w:p>
    <w:p w:rsidR="00FF756E" w:rsidRDefault="00170BC6">
      <w:r>
        <w:t xml:space="preserve">3. </w:t>
      </w:r>
      <w:proofErr w:type="spellStart"/>
      <w:r>
        <w:t>Adres</w:t>
      </w:r>
      <w:proofErr w:type="spellEnd"/>
      <w:r>
        <w:t xml:space="preserve"> </w:t>
      </w:r>
      <w:proofErr w:type="spellStart"/>
      <w:r>
        <w:t>zamieszkania</w:t>
      </w:r>
      <w:proofErr w:type="spellEnd"/>
      <w:r>
        <w:t>:</w:t>
      </w:r>
      <w:r>
        <w:br/>
        <w:t>______________________________________________________________________________</w:t>
      </w:r>
    </w:p>
    <w:p w:rsidR="00FF756E" w:rsidRDefault="00170BC6">
      <w:r>
        <w:t xml:space="preserve">4. </w:t>
      </w:r>
      <w:proofErr w:type="spellStart"/>
      <w:r>
        <w:t>Telefon</w:t>
      </w:r>
      <w:proofErr w:type="spellEnd"/>
      <w:r>
        <w:t xml:space="preserve"> </w:t>
      </w:r>
      <w:proofErr w:type="spellStart"/>
      <w:r>
        <w:t>kontaktowy</w:t>
      </w:r>
      <w:proofErr w:type="spellEnd"/>
      <w:r>
        <w:t>:</w:t>
      </w:r>
      <w:r>
        <w:br/>
        <w:t>______________________________________________________________________________</w:t>
      </w:r>
    </w:p>
    <w:p w:rsidR="00FF756E" w:rsidRDefault="00170BC6">
      <w:r>
        <w:t xml:space="preserve">5. </w:t>
      </w:r>
      <w:proofErr w:type="spellStart"/>
      <w:r>
        <w:t>Adres</w:t>
      </w:r>
      <w:proofErr w:type="spellEnd"/>
      <w:r>
        <w:t xml:space="preserve"> e-mail:</w:t>
      </w:r>
      <w:r>
        <w:br/>
        <w:t>______________________________________________________________________________</w:t>
      </w:r>
    </w:p>
    <w:p w:rsidR="00FF756E" w:rsidRDefault="00170BC6">
      <w:r>
        <w:t xml:space="preserve">6. </w:t>
      </w:r>
      <w:proofErr w:type="spellStart"/>
      <w:r>
        <w:t>Szkoła</w:t>
      </w:r>
      <w:proofErr w:type="spellEnd"/>
      <w:r>
        <w:t>/</w:t>
      </w:r>
      <w:proofErr w:type="spellStart"/>
      <w:r>
        <w:t>uczelnia</w:t>
      </w:r>
      <w:proofErr w:type="spellEnd"/>
      <w:r>
        <w:t>/</w:t>
      </w:r>
      <w:proofErr w:type="spellStart"/>
      <w:r>
        <w:t>miejsce</w:t>
      </w:r>
      <w:proofErr w:type="spellEnd"/>
      <w:r>
        <w:t xml:space="preserve"> </w:t>
      </w:r>
      <w:proofErr w:type="spellStart"/>
      <w:r>
        <w:t>pracy</w:t>
      </w:r>
      <w:proofErr w:type="spellEnd"/>
      <w:r>
        <w:t xml:space="preserve"> (</w:t>
      </w:r>
      <w:proofErr w:type="spellStart"/>
      <w:r>
        <w:t>jeśli</w:t>
      </w:r>
      <w:proofErr w:type="spellEnd"/>
      <w:r>
        <w:t xml:space="preserve"> </w:t>
      </w:r>
      <w:proofErr w:type="spellStart"/>
      <w:r>
        <w:t>dotyczy</w:t>
      </w:r>
      <w:proofErr w:type="spellEnd"/>
      <w:r>
        <w:t>):</w:t>
      </w:r>
      <w:r>
        <w:br/>
        <w:t>______________________________________________________________________________</w:t>
      </w:r>
    </w:p>
    <w:p w:rsidR="00FF756E" w:rsidRDefault="00170BC6">
      <w:pPr>
        <w:pStyle w:val="Nagwek1"/>
      </w:pPr>
      <w:r>
        <w:t>II. OŚWIADCZENIA I ZGODY</w:t>
      </w:r>
    </w:p>
    <w:p w:rsidR="00FF756E" w:rsidRDefault="00170BC6">
      <w:r>
        <w:t xml:space="preserve">☐ </w:t>
      </w:r>
      <w:proofErr w:type="spellStart"/>
      <w:r>
        <w:t>Oświadczam</w:t>
      </w:r>
      <w:proofErr w:type="spellEnd"/>
      <w:r>
        <w:t xml:space="preserve">, </w:t>
      </w:r>
      <w:proofErr w:type="spellStart"/>
      <w:r>
        <w:t>że</w:t>
      </w:r>
      <w:proofErr w:type="spellEnd"/>
      <w:r>
        <w:t xml:space="preserve"> </w:t>
      </w:r>
      <w:proofErr w:type="spellStart"/>
      <w:r>
        <w:t>zapoznałem</w:t>
      </w:r>
      <w:proofErr w:type="spellEnd"/>
      <w:r>
        <w:t xml:space="preserve">(am) </w:t>
      </w:r>
      <w:proofErr w:type="spellStart"/>
      <w:r>
        <w:t>się</w:t>
      </w:r>
      <w:proofErr w:type="spellEnd"/>
      <w:r>
        <w:t xml:space="preserve"> z </w:t>
      </w:r>
      <w:proofErr w:type="spellStart"/>
      <w:r>
        <w:t>Regulaminem</w:t>
      </w:r>
      <w:proofErr w:type="spellEnd"/>
      <w:r>
        <w:t xml:space="preserve"> </w:t>
      </w:r>
      <w:proofErr w:type="spellStart"/>
      <w:r>
        <w:t>projektu</w:t>
      </w:r>
      <w:proofErr w:type="spellEnd"/>
      <w:r>
        <w:t xml:space="preserve"> “</w:t>
      </w:r>
      <w:proofErr w:type="spellStart"/>
      <w:r>
        <w:t>WoloAktywni</w:t>
      </w:r>
      <w:proofErr w:type="spellEnd"/>
      <w:r>
        <w:t xml:space="preserve">” </w:t>
      </w:r>
      <w:proofErr w:type="spellStart"/>
      <w:r>
        <w:t>i</w:t>
      </w:r>
      <w:proofErr w:type="spellEnd"/>
      <w:r>
        <w:t xml:space="preserve"> </w:t>
      </w:r>
      <w:proofErr w:type="spellStart"/>
      <w:r>
        <w:t>akceptuję</w:t>
      </w:r>
      <w:proofErr w:type="spellEnd"/>
      <w:r>
        <w:t xml:space="preserve"> </w:t>
      </w:r>
      <w:proofErr w:type="spellStart"/>
      <w:r>
        <w:t>jego</w:t>
      </w:r>
      <w:proofErr w:type="spellEnd"/>
      <w:r>
        <w:t xml:space="preserve"> </w:t>
      </w:r>
      <w:proofErr w:type="spellStart"/>
      <w:r>
        <w:t>postanowienia</w:t>
      </w:r>
      <w:proofErr w:type="spellEnd"/>
      <w:r>
        <w:t>.</w:t>
      </w:r>
    </w:p>
    <w:p w:rsidR="00FF756E" w:rsidRDefault="00170BC6">
      <w:r>
        <w:t xml:space="preserve">☐ </w:t>
      </w:r>
      <w:proofErr w:type="spellStart"/>
      <w:r>
        <w:t>Wyrażam</w:t>
      </w:r>
      <w:proofErr w:type="spellEnd"/>
      <w:r>
        <w:t xml:space="preserve"> </w:t>
      </w:r>
      <w:proofErr w:type="spellStart"/>
      <w:r>
        <w:t>zgo</w:t>
      </w:r>
      <w:r w:rsidR="007212ED">
        <w:t>dę</w:t>
      </w:r>
      <w:proofErr w:type="spellEnd"/>
      <w:r w:rsidR="007212ED">
        <w:t xml:space="preserve"> </w:t>
      </w:r>
      <w:proofErr w:type="spellStart"/>
      <w:r w:rsidR="007212ED">
        <w:t>na</w:t>
      </w:r>
      <w:proofErr w:type="spellEnd"/>
      <w:r w:rsidR="007212ED">
        <w:t xml:space="preserve"> </w:t>
      </w:r>
      <w:proofErr w:type="spellStart"/>
      <w:r w:rsidR="007212ED">
        <w:t>udział</w:t>
      </w:r>
      <w:proofErr w:type="spellEnd"/>
      <w:r w:rsidR="007212ED">
        <w:t xml:space="preserve"> w </w:t>
      </w:r>
      <w:proofErr w:type="spellStart"/>
      <w:r w:rsidR="007212ED">
        <w:t>projekcie</w:t>
      </w:r>
      <w:proofErr w:type="spellEnd"/>
      <w:r w:rsidR="007212ED">
        <w:t xml:space="preserve"> „</w:t>
      </w:r>
      <w:proofErr w:type="spellStart"/>
      <w:r w:rsidR="007212ED">
        <w:t>WoloAktywni</w:t>
      </w:r>
      <w:proofErr w:type="spellEnd"/>
      <w:r>
        <w:t>”.</w:t>
      </w:r>
    </w:p>
    <w:p w:rsidR="00FF756E" w:rsidRDefault="00170BC6">
      <w:r>
        <w:t>☐ Wyrażam zgodę na przetwarzanie moich danych osobowych na potrzeby realizacji i promocji projektu, zgodnie z RODO.</w:t>
      </w:r>
    </w:p>
    <w:p w:rsidR="00FF756E" w:rsidRDefault="00170BC6">
      <w:r>
        <w:t>☐ Wyrażam zgodę na nieodpłatne wykorzystanie mojego wizerunku (zdjęcia, nagrania) związanego z udziałem w projekcie.</w:t>
      </w:r>
    </w:p>
    <w:p w:rsidR="00FF756E" w:rsidRDefault="00170BC6" w:rsidP="007212ED">
      <w:pPr>
        <w:jc w:val="right"/>
      </w:pPr>
      <w:r>
        <w:lastRenderedPageBreak/>
        <w:br/>
        <w:t xml:space="preserve">Data </w:t>
      </w:r>
      <w:proofErr w:type="spellStart"/>
      <w:r>
        <w:t>i</w:t>
      </w:r>
      <w:proofErr w:type="spellEnd"/>
      <w:r>
        <w:t xml:space="preserve"> </w:t>
      </w:r>
      <w:proofErr w:type="spellStart"/>
      <w:r>
        <w:t>podpis</w:t>
      </w:r>
      <w:proofErr w:type="spellEnd"/>
      <w:r>
        <w:t xml:space="preserve"> </w:t>
      </w:r>
      <w:proofErr w:type="spellStart"/>
      <w:r>
        <w:t>uczestni</w:t>
      </w:r>
      <w:r w:rsidR="007212ED">
        <w:t>ka</w:t>
      </w:r>
      <w:proofErr w:type="spellEnd"/>
      <w:r w:rsidR="007212ED">
        <w:t>:</w:t>
      </w:r>
      <w:r w:rsidR="007212ED">
        <w:br/>
        <w:t>_________________________</w:t>
      </w:r>
    </w:p>
    <w:p w:rsidR="007212ED" w:rsidRDefault="007212ED" w:rsidP="007212ED">
      <w:pPr>
        <w:jc w:val="right"/>
      </w:pPr>
    </w:p>
    <w:p w:rsidR="00FF756E" w:rsidRDefault="00170BC6">
      <w:pPr>
        <w:pStyle w:val="Nagwek1"/>
      </w:pPr>
      <w:r>
        <w:t>III. ZGODA RODZICA/OPIEKUNA PRAWNEGO (dla osób niepełnoletnich)</w:t>
      </w:r>
    </w:p>
    <w:p w:rsidR="00FF756E" w:rsidRDefault="00170BC6">
      <w:proofErr w:type="spellStart"/>
      <w:r>
        <w:t>Ja</w:t>
      </w:r>
      <w:proofErr w:type="spellEnd"/>
      <w:r>
        <w:t xml:space="preserve">, </w:t>
      </w:r>
      <w:proofErr w:type="spellStart"/>
      <w:r>
        <w:t>niżej</w:t>
      </w:r>
      <w:proofErr w:type="spellEnd"/>
      <w:r>
        <w:t xml:space="preserve"> </w:t>
      </w:r>
      <w:proofErr w:type="spellStart"/>
      <w:r>
        <w:t>podpisany</w:t>
      </w:r>
      <w:proofErr w:type="spellEnd"/>
      <w:r>
        <w:t xml:space="preserve">(a) ____________________________________________, </w:t>
      </w:r>
      <w:proofErr w:type="spellStart"/>
      <w:r>
        <w:t>jako</w:t>
      </w:r>
      <w:proofErr w:type="spellEnd"/>
      <w:r>
        <w:t xml:space="preserve"> </w:t>
      </w:r>
      <w:proofErr w:type="spellStart"/>
      <w:r>
        <w:t>rodzic</w:t>
      </w:r>
      <w:proofErr w:type="spellEnd"/>
      <w:r>
        <w:t xml:space="preserve"> /</w:t>
      </w:r>
      <w:proofErr w:type="spellStart"/>
      <w:r>
        <w:t>opiekun</w:t>
      </w:r>
      <w:proofErr w:type="spellEnd"/>
      <w:r>
        <w:t xml:space="preserve"> </w:t>
      </w:r>
      <w:proofErr w:type="spellStart"/>
      <w:r>
        <w:t>prawny</w:t>
      </w:r>
      <w:proofErr w:type="spellEnd"/>
      <w:r>
        <w:t xml:space="preserve"> </w:t>
      </w:r>
      <w:proofErr w:type="spellStart"/>
      <w:r>
        <w:t>wyrażam</w:t>
      </w:r>
      <w:proofErr w:type="spellEnd"/>
      <w:r>
        <w:t xml:space="preserve"> </w:t>
      </w:r>
      <w:proofErr w:type="spellStart"/>
      <w:r>
        <w:t>zgodę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udział</w:t>
      </w:r>
      <w:proofErr w:type="spellEnd"/>
      <w:r>
        <w:t xml:space="preserve"> mojego dziecka/podopiecznego</w:t>
      </w:r>
      <w:r>
        <w:br/>
        <w:t>________________________________________________________ (imię i nazwisko dziecka)</w:t>
      </w:r>
      <w:r>
        <w:br/>
        <w:t xml:space="preserve">w </w:t>
      </w:r>
      <w:proofErr w:type="spellStart"/>
      <w:r>
        <w:t>projekcie</w:t>
      </w:r>
      <w:proofErr w:type="spellEnd"/>
      <w:r>
        <w:t xml:space="preserve"> „</w:t>
      </w:r>
      <w:proofErr w:type="spellStart"/>
      <w:r>
        <w:t>WoloAktywni</w:t>
      </w:r>
      <w:proofErr w:type="spellEnd"/>
      <w:r>
        <w:t xml:space="preserve">” </w:t>
      </w:r>
      <w:proofErr w:type="spellStart"/>
      <w:r>
        <w:t>oraz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przetwarzanie</w:t>
      </w:r>
      <w:proofErr w:type="spellEnd"/>
      <w:r>
        <w:t xml:space="preserve"> </w:t>
      </w:r>
      <w:proofErr w:type="spellStart"/>
      <w:r>
        <w:t>jego</w:t>
      </w:r>
      <w:proofErr w:type="spellEnd"/>
      <w:r>
        <w:t xml:space="preserve"> </w:t>
      </w:r>
      <w:proofErr w:type="spellStart"/>
      <w:r>
        <w:t>danych</w:t>
      </w:r>
      <w:proofErr w:type="spellEnd"/>
      <w:r>
        <w:t xml:space="preserve"> </w:t>
      </w:r>
      <w:proofErr w:type="spellStart"/>
      <w:r>
        <w:t>osobowych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r>
        <w:t>wykorzystanie</w:t>
      </w:r>
      <w:proofErr w:type="spellEnd"/>
      <w:r>
        <w:t xml:space="preserve"> </w:t>
      </w:r>
      <w:proofErr w:type="spellStart"/>
      <w:r>
        <w:t>wizerunku</w:t>
      </w:r>
      <w:proofErr w:type="spellEnd"/>
      <w:r>
        <w:t xml:space="preserve"> </w:t>
      </w:r>
      <w:proofErr w:type="spellStart"/>
      <w:r>
        <w:t>zgodnie</w:t>
      </w:r>
      <w:proofErr w:type="spellEnd"/>
      <w:r>
        <w:t xml:space="preserve"> z obowiązującymi przepisami.</w:t>
      </w:r>
      <w:r>
        <w:br/>
      </w:r>
      <w:r>
        <w:br/>
        <w:t xml:space="preserve">                                                                                           Data </w:t>
      </w:r>
      <w:proofErr w:type="spellStart"/>
      <w:r>
        <w:t>i</w:t>
      </w:r>
      <w:proofErr w:type="spellEnd"/>
      <w:r>
        <w:t xml:space="preserve"> </w:t>
      </w:r>
      <w:proofErr w:type="spellStart"/>
      <w:r>
        <w:t>podpis</w:t>
      </w:r>
      <w:proofErr w:type="spellEnd"/>
      <w:r>
        <w:t xml:space="preserve"> </w:t>
      </w:r>
      <w:proofErr w:type="spellStart"/>
      <w:r>
        <w:t>rodzica</w:t>
      </w:r>
      <w:proofErr w:type="spellEnd"/>
      <w:r>
        <w:t>/</w:t>
      </w:r>
      <w:proofErr w:type="spellStart"/>
      <w:r>
        <w:t>opiekuna</w:t>
      </w:r>
      <w:proofErr w:type="spellEnd"/>
      <w:r>
        <w:t xml:space="preserve"> </w:t>
      </w:r>
      <w:proofErr w:type="spellStart"/>
      <w:r>
        <w:t>prawnego</w:t>
      </w:r>
      <w:proofErr w:type="spellEnd"/>
      <w:r>
        <w:t>:</w:t>
      </w:r>
      <w:r>
        <w:br/>
        <w:t xml:space="preserve">                                                                                            ___________________________________</w:t>
      </w:r>
    </w:p>
    <w:sectPr w:rsidR="00FF756E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A11EF" w:rsidRDefault="00BA11EF" w:rsidP="000E52EE">
      <w:pPr>
        <w:spacing w:after="0" w:line="240" w:lineRule="auto"/>
      </w:pPr>
      <w:r>
        <w:separator/>
      </w:r>
    </w:p>
  </w:endnote>
  <w:endnote w:type="continuationSeparator" w:id="0">
    <w:p w:rsidR="00BA11EF" w:rsidRDefault="00BA11EF" w:rsidP="000E5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2EE" w:rsidRDefault="000E52EE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2EE" w:rsidRDefault="000E52EE" w:rsidP="000E52EE">
    <w:pPr>
      <w:pStyle w:val="NormalnyWeb"/>
      <w:jc w:val="center"/>
    </w:pPr>
    <w:r>
      <w:rPr>
        <w:noProof/>
      </w:rPr>
      <w:drawing>
        <wp:inline distT="0" distB="0" distL="0" distR="0">
          <wp:extent cx="2972257" cy="678827"/>
          <wp:effectExtent l="0" t="0" r="0" b="0"/>
          <wp:docPr id="2" name="Obraz 1" descr="C:\Users\Iwonka\Desktop\Dokumenty do wolontariackiego\Logo_Wojewodztwa_Malopolskiego\kolor\Logo-Małopolska-H-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Iwonka\Desktop\Dokumenty do wolontariackiego\Logo_Wojewodztwa_Malopolskiego\kolor\Logo-Małopolska-H-rgb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90611" cy="68301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0E52EE" w:rsidRDefault="000E52EE" w:rsidP="000E52EE">
    <w:pPr>
      <w:pStyle w:val="Stopka"/>
      <w:jc w:val="center"/>
    </w:pPr>
    <w:proofErr w:type="spellStart"/>
    <w:r>
      <w:t>Projekt</w:t>
    </w:r>
    <w:proofErr w:type="spellEnd"/>
    <w:r>
      <w:t xml:space="preserve"> </w:t>
    </w:r>
    <w:proofErr w:type="spellStart"/>
    <w:r>
      <w:t>realizowany</w:t>
    </w:r>
    <w:proofErr w:type="spellEnd"/>
    <w:r>
      <w:t xml:space="preserve"> </w:t>
    </w:r>
    <w:proofErr w:type="spellStart"/>
    <w:r>
      <w:t>przy</w:t>
    </w:r>
    <w:proofErr w:type="spellEnd"/>
    <w:r>
      <w:t xml:space="preserve"> </w:t>
    </w:r>
    <w:proofErr w:type="spellStart"/>
    <w:r>
      <w:t>wsparciu</w:t>
    </w:r>
    <w:proofErr w:type="spellEnd"/>
    <w:r>
      <w:t xml:space="preserve"> </w:t>
    </w:r>
    <w:proofErr w:type="spellStart"/>
    <w:r>
      <w:t>finansowym</w:t>
    </w:r>
    <w:proofErr w:type="spellEnd"/>
    <w:r>
      <w:t xml:space="preserve"> </w:t>
    </w:r>
    <w:proofErr w:type="spellStart"/>
    <w:r>
      <w:t>Województwa</w:t>
    </w:r>
    <w:proofErr w:type="spellEnd"/>
    <w:r>
      <w:t xml:space="preserve"> </w:t>
    </w:r>
    <w:proofErr w:type="spellStart"/>
    <w:r>
      <w:t>Małopolskiego</w:t>
    </w:r>
    <w:proofErr w:type="spellEnd"/>
  </w:p>
  <w:p w:rsidR="000E52EE" w:rsidRDefault="000E52EE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2EE" w:rsidRDefault="000E52E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A11EF" w:rsidRDefault="00BA11EF" w:rsidP="000E52EE">
      <w:pPr>
        <w:spacing w:after="0" w:line="240" w:lineRule="auto"/>
      </w:pPr>
      <w:r>
        <w:separator/>
      </w:r>
    </w:p>
  </w:footnote>
  <w:footnote w:type="continuationSeparator" w:id="0">
    <w:p w:rsidR="00BA11EF" w:rsidRDefault="00BA11EF" w:rsidP="000E5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2EE" w:rsidRDefault="000E52EE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2EE" w:rsidRPr="001F5F47" w:rsidRDefault="000E52EE" w:rsidP="000E52EE">
    <w:pPr>
      <w:pStyle w:val="Nagwek"/>
      <w:jc w:val="center"/>
      <w:rPr>
        <w:sz w:val="20"/>
        <w:szCs w:val="20"/>
      </w:rPr>
    </w:pPr>
    <w:proofErr w:type="spellStart"/>
    <w:r w:rsidRPr="001F5F47">
      <w:rPr>
        <w:sz w:val="20"/>
        <w:szCs w:val="20"/>
      </w:rPr>
      <w:t>Projekt</w:t>
    </w:r>
    <w:proofErr w:type="spellEnd"/>
    <w:r w:rsidRPr="001F5F47">
      <w:rPr>
        <w:sz w:val="20"/>
        <w:szCs w:val="20"/>
      </w:rPr>
      <w:t xml:space="preserve"> „</w:t>
    </w:r>
    <w:proofErr w:type="spellStart"/>
    <w:r w:rsidRPr="001F5F47">
      <w:rPr>
        <w:sz w:val="20"/>
        <w:szCs w:val="20"/>
      </w:rPr>
      <w:t>WoloAktywni</w:t>
    </w:r>
    <w:proofErr w:type="spellEnd"/>
    <w:r w:rsidRPr="001F5F47">
      <w:rPr>
        <w:sz w:val="20"/>
        <w:szCs w:val="20"/>
      </w:rPr>
      <w:t xml:space="preserve">” z </w:t>
    </w:r>
    <w:proofErr w:type="spellStart"/>
    <w:r w:rsidRPr="001F5F47">
      <w:rPr>
        <w:sz w:val="20"/>
        <w:szCs w:val="20"/>
      </w:rPr>
      <w:t>otwartego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konkursu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ofert</w:t>
    </w:r>
    <w:proofErr w:type="spellEnd"/>
    <w:r w:rsidRPr="001F5F47">
      <w:rPr>
        <w:sz w:val="20"/>
        <w:szCs w:val="20"/>
      </w:rPr>
      <w:t xml:space="preserve">  </w:t>
    </w:r>
    <w:proofErr w:type="spellStart"/>
    <w:r w:rsidRPr="001F5F47">
      <w:rPr>
        <w:sz w:val="20"/>
        <w:szCs w:val="20"/>
      </w:rPr>
      <w:t>na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realizację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zadań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publicznych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Województwa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Małopolskiego</w:t>
    </w:r>
    <w:proofErr w:type="spellEnd"/>
    <w:r w:rsidRPr="001F5F47">
      <w:rPr>
        <w:sz w:val="20"/>
        <w:szCs w:val="20"/>
      </w:rPr>
      <w:t xml:space="preserve"> w </w:t>
    </w:r>
    <w:proofErr w:type="spellStart"/>
    <w:r w:rsidRPr="001F5F47">
      <w:rPr>
        <w:sz w:val="20"/>
        <w:szCs w:val="20"/>
      </w:rPr>
      <w:t>obszarze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promocji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i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organizacji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wolontariatu</w:t>
    </w:r>
    <w:proofErr w:type="spellEnd"/>
    <w:r w:rsidRPr="001F5F47">
      <w:rPr>
        <w:sz w:val="20"/>
        <w:szCs w:val="20"/>
      </w:rPr>
      <w:t xml:space="preserve"> w </w:t>
    </w:r>
    <w:proofErr w:type="spellStart"/>
    <w:r w:rsidRPr="001F5F47">
      <w:rPr>
        <w:sz w:val="20"/>
        <w:szCs w:val="20"/>
      </w:rPr>
      <w:t>roku</w:t>
    </w:r>
    <w:proofErr w:type="spellEnd"/>
    <w:r w:rsidRPr="001F5F47">
      <w:rPr>
        <w:sz w:val="20"/>
        <w:szCs w:val="20"/>
      </w:rPr>
      <w:t xml:space="preserve"> 2025, </w:t>
    </w:r>
    <w:proofErr w:type="spellStart"/>
    <w:r w:rsidRPr="001F5F47">
      <w:rPr>
        <w:sz w:val="20"/>
        <w:szCs w:val="20"/>
      </w:rPr>
      <w:t>pn</w:t>
    </w:r>
    <w:proofErr w:type="spellEnd"/>
    <w:r w:rsidRPr="001F5F47">
      <w:rPr>
        <w:sz w:val="20"/>
        <w:szCs w:val="20"/>
      </w:rPr>
      <w:t xml:space="preserve">.: </w:t>
    </w:r>
    <w:r w:rsidRPr="001F5F47">
      <w:rPr>
        <w:sz w:val="20"/>
        <w:szCs w:val="20"/>
      </w:rPr>
      <w:br/>
      <w:t>„</w:t>
    </w:r>
    <w:proofErr w:type="spellStart"/>
    <w:r w:rsidRPr="001F5F47">
      <w:rPr>
        <w:sz w:val="20"/>
        <w:szCs w:val="20"/>
      </w:rPr>
      <w:t>Bądź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na</w:t>
    </w:r>
    <w:proofErr w:type="spellEnd"/>
    <w:r w:rsidRPr="001F5F47">
      <w:rPr>
        <w:sz w:val="20"/>
        <w:szCs w:val="20"/>
      </w:rPr>
      <w:t xml:space="preserve"> Ty z </w:t>
    </w:r>
    <w:proofErr w:type="spellStart"/>
    <w:r w:rsidRPr="001F5F47">
      <w:rPr>
        <w:sz w:val="20"/>
        <w:szCs w:val="20"/>
      </w:rPr>
      <w:t>Małopolskim</w:t>
    </w:r>
    <w:proofErr w:type="spellEnd"/>
    <w:r w:rsidRPr="001F5F47">
      <w:rPr>
        <w:sz w:val="20"/>
        <w:szCs w:val="20"/>
      </w:rPr>
      <w:t xml:space="preserve"> </w:t>
    </w:r>
    <w:proofErr w:type="spellStart"/>
    <w:r w:rsidRPr="001F5F47">
      <w:rPr>
        <w:sz w:val="20"/>
        <w:szCs w:val="20"/>
      </w:rPr>
      <w:t>Wolontariatem</w:t>
    </w:r>
    <w:proofErr w:type="spellEnd"/>
    <w:r w:rsidRPr="001F5F47">
      <w:rPr>
        <w:sz w:val="20"/>
        <w:szCs w:val="20"/>
      </w:rPr>
      <w:t>”.</w:t>
    </w:r>
  </w:p>
  <w:p w:rsidR="000E52EE" w:rsidRDefault="000E52EE">
    <w:pPr>
      <w:pStyle w:val="Nagwek"/>
    </w:pPr>
  </w:p>
  <w:p w:rsidR="000E52EE" w:rsidRDefault="000E52EE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52EE" w:rsidRDefault="000E52EE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B47730"/>
    <w:rsid w:val="00034616"/>
    <w:rsid w:val="0006063C"/>
    <w:rsid w:val="000E52EE"/>
    <w:rsid w:val="0015074B"/>
    <w:rsid w:val="00170BC6"/>
    <w:rsid w:val="0029639D"/>
    <w:rsid w:val="00326F90"/>
    <w:rsid w:val="007212ED"/>
    <w:rsid w:val="009C2BD6"/>
    <w:rsid w:val="00AA1D8D"/>
    <w:rsid w:val="00B47730"/>
    <w:rsid w:val="00BA11EF"/>
    <w:rsid w:val="00CB0664"/>
    <w:rsid w:val="00FC693F"/>
    <w:rsid w:val="00FF75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C693F"/>
    <w:rPr>
      <w:rFonts w:ascii="Calibri" w:hAnsi="Calibri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Tekstdymka">
    <w:name w:val="Balloon Text"/>
    <w:basedOn w:val="Normalny"/>
    <w:link w:val="TekstdymkaZnak"/>
    <w:uiPriority w:val="99"/>
    <w:semiHidden/>
    <w:unhideWhenUsed/>
    <w:rsid w:val="000E52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E52EE"/>
    <w:rPr>
      <w:rFonts w:ascii="Tahoma" w:hAnsi="Tahoma" w:cs="Tahoma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0E52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3686CD8-4B6A-494D-80DB-59B6CF64EA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265</Words>
  <Characters>1590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1852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Iwonka</cp:lastModifiedBy>
  <cp:revision>4</cp:revision>
  <dcterms:created xsi:type="dcterms:W3CDTF">2013-12-23T23:15:00Z</dcterms:created>
  <dcterms:modified xsi:type="dcterms:W3CDTF">2025-08-03T09:28:00Z</dcterms:modified>
  <cp:category/>
</cp:coreProperties>
</file>