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C66" w:rsidRPr="005A25B1" w:rsidRDefault="006374E0">
      <w:pPr>
        <w:pStyle w:val="Tytu"/>
        <w:jc w:val="center"/>
        <w:rPr>
          <w:sz w:val="40"/>
          <w:szCs w:val="40"/>
        </w:rPr>
      </w:pPr>
      <w:r w:rsidRPr="005A25B1">
        <w:rPr>
          <w:sz w:val="40"/>
          <w:szCs w:val="40"/>
        </w:rPr>
        <w:t>FORMULARZ ZGŁOSZENIOWY</w:t>
      </w:r>
    </w:p>
    <w:p w:rsidR="00317C66" w:rsidRDefault="005A25B1" w:rsidP="005A25B1">
      <w:pPr>
        <w:jc w:val="center"/>
      </w:pPr>
      <w:r>
        <w:t xml:space="preserve">do </w:t>
      </w:r>
      <w:proofErr w:type="spellStart"/>
      <w:r>
        <w:t>udziału</w:t>
      </w:r>
      <w:proofErr w:type="spellEnd"/>
      <w:r>
        <w:t xml:space="preserve"> w </w:t>
      </w:r>
      <w:proofErr w:type="spellStart"/>
      <w:r>
        <w:t>projekcie</w:t>
      </w:r>
      <w:proofErr w:type="spellEnd"/>
      <w:r>
        <w:t xml:space="preserve"> „</w:t>
      </w:r>
      <w:proofErr w:type="spellStart"/>
      <w:r>
        <w:t>WoloAktywni</w:t>
      </w:r>
      <w:proofErr w:type="spellEnd"/>
      <w:r w:rsidR="006374E0">
        <w:t>”</w:t>
      </w:r>
    </w:p>
    <w:p w:rsidR="00317C66" w:rsidRDefault="006374E0">
      <w:pPr>
        <w:pStyle w:val="Nagwek1"/>
      </w:pPr>
      <w:r>
        <w:t>I. DANE OSOBOWE KANDYDATA</w:t>
      </w:r>
    </w:p>
    <w:p w:rsidR="00317C66" w:rsidRDefault="006374E0">
      <w:r>
        <w:t xml:space="preserve">1. </w:t>
      </w:r>
      <w:proofErr w:type="spellStart"/>
      <w:r>
        <w:t>Imię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nazwisko</w:t>
      </w:r>
      <w:proofErr w:type="spellEnd"/>
      <w:r>
        <w:t>:</w:t>
      </w:r>
      <w:r>
        <w:br/>
        <w:t>______________________________________________________________________________</w:t>
      </w:r>
    </w:p>
    <w:p w:rsidR="00317C66" w:rsidRDefault="006374E0">
      <w:r>
        <w:t xml:space="preserve">2. Data </w:t>
      </w:r>
      <w:proofErr w:type="spellStart"/>
      <w:r>
        <w:t>urodzenia</w:t>
      </w:r>
      <w:proofErr w:type="spellEnd"/>
      <w:r>
        <w:t>:</w:t>
      </w:r>
      <w:r>
        <w:br/>
        <w:t>______________________________________________________________________________</w:t>
      </w:r>
    </w:p>
    <w:p w:rsidR="00317C66" w:rsidRDefault="006374E0">
      <w:r>
        <w:t xml:space="preserve">3. </w:t>
      </w:r>
      <w:proofErr w:type="spellStart"/>
      <w:r>
        <w:t>Adres</w:t>
      </w:r>
      <w:proofErr w:type="spellEnd"/>
      <w:r>
        <w:t xml:space="preserve"> </w:t>
      </w:r>
      <w:proofErr w:type="spellStart"/>
      <w:r>
        <w:t>zamieszkania</w:t>
      </w:r>
      <w:proofErr w:type="spellEnd"/>
      <w:r>
        <w:t>:</w:t>
      </w:r>
      <w:r>
        <w:br/>
        <w:t>______________________________________________________________________________</w:t>
      </w:r>
    </w:p>
    <w:p w:rsidR="00317C66" w:rsidRDefault="006374E0">
      <w:r>
        <w:t xml:space="preserve">4. </w:t>
      </w:r>
      <w:proofErr w:type="spellStart"/>
      <w:r>
        <w:t>Telefon</w:t>
      </w:r>
      <w:proofErr w:type="spellEnd"/>
      <w:r>
        <w:t xml:space="preserve"> </w:t>
      </w:r>
      <w:proofErr w:type="spellStart"/>
      <w:r>
        <w:t>kontaktowy</w:t>
      </w:r>
      <w:proofErr w:type="spellEnd"/>
      <w:r>
        <w:t>:</w:t>
      </w:r>
      <w:r>
        <w:br/>
        <w:t>______________________________________________________________________________</w:t>
      </w:r>
    </w:p>
    <w:p w:rsidR="00317C66" w:rsidRDefault="006374E0">
      <w:r>
        <w:t xml:space="preserve">5. </w:t>
      </w:r>
      <w:proofErr w:type="spellStart"/>
      <w:r>
        <w:t>Adres</w:t>
      </w:r>
      <w:proofErr w:type="spellEnd"/>
      <w:r>
        <w:t xml:space="preserve"> e-mail:</w:t>
      </w:r>
      <w:r>
        <w:br/>
        <w:t>______________________________________________________________________________</w:t>
      </w:r>
    </w:p>
    <w:p w:rsidR="00317C66" w:rsidRDefault="006374E0">
      <w:pPr>
        <w:pStyle w:val="Nagwek1"/>
      </w:pPr>
      <w:r>
        <w:t>II. PYTANIA OTWARTE (krótkie odpowiedzi)</w:t>
      </w:r>
    </w:p>
    <w:p w:rsidR="00317C66" w:rsidRDefault="006374E0">
      <w:r>
        <w:t>1. Dlaczego chcesz wziąć udział w projekcie?</w:t>
      </w:r>
      <w:r>
        <w:br/>
        <w:t>______________________________________________________________________________</w:t>
      </w:r>
      <w:r>
        <w:br/>
        <w:t>______________________________________________________________________________</w:t>
      </w:r>
    </w:p>
    <w:p w:rsidR="00317C66" w:rsidRDefault="006374E0">
      <w:r>
        <w:t>2. Czy masz doświadczenie w działaniach wolontariackich? Jeśli tak, opisz je krótko.</w:t>
      </w:r>
      <w:r>
        <w:br/>
        <w:t>______________________________________________________________________________</w:t>
      </w:r>
      <w:r>
        <w:br/>
        <w:t>______________________________________________________________________________</w:t>
      </w:r>
    </w:p>
    <w:p w:rsidR="00317C66" w:rsidRDefault="006374E0">
      <w:r>
        <w:t>3. Jakie umiejętności lub zainteresowania chciał(a)byś rozwijać w ramach projektu?</w:t>
      </w:r>
      <w:r>
        <w:br/>
        <w:t>______________________________________________________________________________</w:t>
      </w:r>
      <w:r>
        <w:br/>
        <w:t>______________________________________________________________________________</w:t>
      </w:r>
    </w:p>
    <w:p w:rsidR="00317C66" w:rsidRDefault="006374E0">
      <w:pPr>
        <w:pStyle w:val="Nagwek1"/>
      </w:pPr>
      <w:r>
        <w:lastRenderedPageBreak/>
        <w:t>III. OŚWIADCZENIA KANDYDATA</w:t>
      </w:r>
    </w:p>
    <w:p w:rsidR="00317C66" w:rsidRDefault="006374E0">
      <w:r>
        <w:t xml:space="preserve">☐ Oświadczam, że zapoznałem(am) się z </w:t>
      </w:r>
      <w:proofErr w:type="spellStart"/>
      <w:r>
        <w:t>Regulaminem</w:t>
      </w:r>
      <w:proofErr w:type="spellEnd"/>
      <w:r>
        <w:t xml:space="preserve"> </w:t>
      </w:r>
      <w:proofErr w:type="spellStart"/>
      <w:r>
        <w:t>rekrutacji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 w:rsidR="005A25B1">
        <w:t>uczestnictwa</w:t>
      </w:r>
      <w:proofErr w:type="spellEnd"/>
      <w:r w:rsidR="005A25B1">
        <w:t xml:space="preserve"> w </w:t>
      </w:r>
      <w:proofErr w:type="spellStart"/>
      <w:r w:rsidR="005A25B1">
        <w:t>projekcie</w:t>
      </w:r>
      <w:proofErr w:type="spellEnd"/>
      <w:r w:rsidR="005A25B1">
        <w:t xml:space="preserve"> „</w:t>
      </w:r>
      <w:proofErr w:type="spellStart"/>
      <w:r w:rsidR="005A25B1">
        <w:t>WoloAktywni</w:t>
      </w:r>
      <w:proofErr w:type="spellEnd"/>
      <w:r>
        <w:t xml:space="preserve">” </w:t>
      </w:r>
      <w:proofErr w:type="spellStart"/>
      <w:r>
        <w:t>i</w:t>
      </w:r>
      <w:proofErr w:type="spellEnd"/>
      <w:r>
        <w:t xml:space="preserve"> </w:t>
      </w:r>
      <w:proofErr w:type="spellStart"/>
      <w:r>
        <w:t>akceptuję</w:t>
      </w:r>
      <w:proofErr w:type="spellEnd"/>
      <w:r>
        <w:t xml:space="preserve"> </w:t>
      </w:r>
      <w:proofErr w:type="spellStart"/>
      <w:r>
        <w:t>jego</w:t>
      </w:r>
      <w:proofErr w:type="spellEnd"/>
      <w:r>
        <w:t xml:space="preserve"> </w:t>
      </w:r>
      <w:proofErr w:type="spellStart"/>
      <w:r>
        <w:t>treść</w:t>
      </w:r>
      <w:proofErr w:type="spellEnd"/>
      <w:r>
        <w:t>.</w:t>
      </w:r>
    </w:p>
    <w:p w:rsidR="00317C66" w:rsidRDefault="006374E0">
      <w:r>
        <w:t>☐ Wyrażam zgodę na przetwarzanie moich danych osobowych dla potrzeb rekrutacji i realizacji projektu, zgodnie z Rozporządzeniem Parlamentu Europejskiego i Rady (UE) 2016/679 (RODO).</w:t>
      </w:r>
    </w:p>
    <w:p w:rsidR="00317C66" w:rsidRDefault="006374E0">
      <w:r>
        <w:t>☐ Zobowiązuję się do aktywnego uczestnictwa w działaniach projektowych, jeśli zostanę zakwalifikowany(a).</w:t>
      </w:r>
    </w:p>
    <w:p w:rsidR="00317C66" w:rsidRDefault="006374E0" w:rsidP="005A25B1">
      <w:pPr>
        <w:jc w:val="right"/>
      </w:pPr>
      <w:r>
        <w:br/>
        <w:t xml:space="preserve">Data </w:t>
      </w:r>
      <w:proofErr w:type="spellStart"/>
      <w:r>
        <w:t>i</w:t>
      </w:r>
      <w:proofErr w:type="spellEnd"/>
      <w:r>
        <w:t xml:space="preserve"> </w:t>
      </w:r>
      <w:proofErr w:type="spellStart"/>
      <w:r>
        <w:t>podpis</w:t>
      </w:r>
      <w:proofErr w:type="spellEnd"/>
      <w:r>
        <w:t xml:space="preserve"> </w:t>
      </w:r>
      <w:proofErr w:type="spellStart"/>
      <w:r>
        <w:t>kandyda</w:t>
      </w:r>
      <w:r w:rsidR="005A25B1">
        <w:t>ta</w:t>
      </w:r>
      <w:proofErr w:type="spellEnd"/>
      <w:r w:rsidR="005A25B1">
        <w:t>:</w:t>
      </w:r>
      <w:r w:rsidR="005A25B1">
        <w:br/>
        <w:t>_____________________</w:t>
      </w:r>
    </w:p>
    <w:p w:rsidR="00317C66" w:rsidRDefault="006374E0">
      <w:pPr>
        <w:pStyle w:val="Nagwek1"/>
      </w:pPr>
      <w:r>
        <w:t>IV. ZGODA RODZICA/OPIEKUNA PRAWNEGO *(w przypadku osoby niepełnoletniej)*</w:t>
      </w:r>
    </w:p>
    <w:p w:rsidR="00317C66" w:rsidRDefault="006374E0" w:rsidP="005A25B1">
      <w:proofErr w:type="spellStart"/>
      <w:r>
        <w:t>Ja</w:t>
      </w:r>
      <w:proofErr w:type="spellEnd"/>
      <w:r>
        <w:t xml:space="preserve">, </w:t>
      </w:r>
      <w:proofErr w:type="spellStart"/>
      <w:r>
        <w:t>niżej</w:t>
      </w:r>
      <w:proofErr w:type="spellEnd"/>
      <w:r>
        <w:t xml:space="preserve"> </w:t>
      </w:r>
      <w:proofErr w:type="spellStart"/>
      <w:r>
        <w:t>podpisany</w:t>
      </w:r>
      <w:proofErr w:type="spellEnd"/>
      <w:r>
        <w:t>(a) ______________</w:t>
      </w:r>
      <w:r w:rsidR="005A25B1">
        <w:t xml:space="preserve">______________________________, </w:t>
      </w:r>
      <w:proofErr w:type="spellStart"/>
      <w:r w:rsidR="005A25B1">
        <w:t>jako</w:t>
      </w:r>
      <w:proofErr w:type="spellEnd"/>
      <w:r w:rsidR="005A25B1">
        <w:t xml:space="preserve"> </w:t>
      </w:r>
      <w:proofErr w:type="spellStart"/>
      <w:r>
        <w:t>rodzic</w:t>
      </w:r>
      <w:proofErr w:type="spellEnd"/>
      <w:r w:rsidR="005A25B1">
        <w:t xml:space="preserve"> </w:t>
      </w:r>
      <w:r>
        <w:t>/</w:t>
      </w:r>
      <w:proofErr w:type="spellStart"/>
      <w:r>
        <w:t>opiekun</w:t>
      </w:r>
      <w:proofErr w:type="spellEnd"/>
      <w:r>
        <w:t xml:space="preserve"> </w:t>
      </w:r>
      <w:proofErr w:type="spellStart"/>
      <w:r>
        <w:t>prawny</w:t>
      </w:r>
      <w:proofErr w:type="spellEnd"/>
      <w:r>
        <w:t xml:space="preserve"> </w:t>
      </w:r>
      <w:proofErr w:type="spellStart"/>
      <w:r>
        <w:t>wyrażam</w:t>
      </w:r>
      <w:proofErr w:type="spellEnd"/>
      <w:r>
        <w:t xml:space="preserve"> </w:t>
      </w:r>
      <w:proofErr w:type="spellStart"/>
      <w:r>
        <w:t>zgodę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udział</w:t>
      </w:r>
      <w:proofErr w:type="spellEnd"/>
      <w:r>
        <w:t xml:space="preserve"> mojego dziecka/podopiecznego</w:t>
      </w:r>
      <w:r>
        <w:br/>
        <w:t>________________________________________________________ (imię i nazwi</w:t>
      </w:r>
      <w:r w:rsidR="005A25B1">
        <w:t>sko dziecka)</w:t>
      </w:r>
      <w:r w:rsidR="005A25B1">
        <w:br/>
        <w:t xml:space="preserve">w </w:t>
      </w:r>
      <w:proofErr w:type="spellStart"/>
      <w:r w:rsidR="005A25B1">
        <w:t>projekcie</w:t>
      </w:r>
      <w:proofErr w:type="spellEnd"/>
      <w:r w:rsidR="005A25B1">
        <w:t xml:space="preserve"> „</w:t>
      </w:r>
      <w:proofErr w:type="spellStart"/>
      <w:r w:rsidR="005A25B1">
        <w:t>WoloAktywni</w:t>
      </w:r>
      <w:proofErr w:type="spellEnd"/>
      <w:r>
        <w:t xml:space="preserve">” </w:t>
      </w:r>
      <w:proofErr w:type="spellStart"/>
      <w:r>
        <w:t>oraz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prze</w:t>
      </w:r>
      <w:r w:rsidR="005A25B1">
        <w:t>twarzanie</w:t>
      </w:r>
      <w:proofErr w:type="spellEnd"/>
      <w:r w:rsidR="005A25B1">
        <w:t xml:space="preserve"> </w:t>
      </w:r>
      <w:proofErr w:type="spellStart"/>
      <w:r w:rsidR="005A25B1">
        <w:t>jego</w:t>
      </w:r>
      <w:proofErr w:type="spellEnd"/>
      <w:r w:rsidR="005A25B1">
        <w:t xml:space="preserve"> </w:t>
      </w:r>
      <w:proofErr w:type="spellStart"/>
      <w:r w:rsidR="005A25B1">
        <w:t>danych</w:t>
      </w:r>
      <w:proofErr w:type="spellEnd"/>
      <w:r w:rsidR="005A25B1">
        <w:t xml:space="preserve"> </w:t>
      </w:r>
      <w:proofErr w:type="spellStart"/>
      <w:r w:rsidR="005A25B1">
        <w:t>osobowych</w:t>
      </w:r>
      <w:proofErr w:type="spellEnd"/>
      <w:r w:rsidR="005A25B1"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potrzeby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projektu</w:t>
      </w:r>
      <w:proofErr w:type="spellEnd"/>
      <w:r>
        <w:t>.</w:t>
      </w:r>
      <w:r>
        <w:br/>
      </w:r>
      <w:r>
        <w:br/>
      </w:r>
      <w:r w:rsidR="005A25B1">
        <w:t xml:space="preserve">                                                                                                 </w:t>
      </w:r>
      <w:r>
        <w:t xml:space="preserve">Data </w:t>
      </w:r>
      <w:proofErr w:type="spellStart"/>
      <w:r>
        <w:t>i</w:t>
      </w:r>
      <w:proofErr w:type="spellEnd"/>
      <w:r>
        <w:t xml:space="preserve"> </w:t>
      </w:r>
      <w:proofErr w:type="spellStart"/>
      <w:r>
        <w:t>podpis</w:t>
      </w:r>
      <w:proofErr w:type="spellEnd"/>
      <w:r>
        <w:t xml:space="preserve"> </w:t>
      </w:r>
      <w:proofErr w:type="spellStart"/>
      <w:r>
        <w:t>rodzica</w:t>
      </w:r>
      <w:proofErr w:type="spellEnd"/>
      <w:r>
        <w:t>/</w:t>
      </w:r>
      <w:proofErr w:type="spellStart"/>
      <w:r>
        <w:t>opiekuna</w:t>
      </w:r>
      <w:proofErr w:type="spellEnd"/>
      <w:r>
        <w:t xml:space="preserve"> </w:t>
      </w:r>
      <w:proofErr w:type="spellStart"/>
      <w:r>
        <w:t>prawnego</w:t>
      </w:r>
      <w:proofErr w:type="spellEnd"/>
      <w:r>
        <w:t>:</w:t>
      </w:r>
      <w:r>
        <w:br/>
      </w:r>
      <w:r w:rsidR="005A25B1">
        <w:t xml:space="preserve">                                                                                                 </w:t>
      </w:r>
      <w:r>
        <w:t>____________________</w:t>
      </w:r>
      <w:r w:rsidR="005A25B1">
        <w:t>______________</w:t>
      </w:r>
    </w:p>
    <w:sectPr w:rsidR="00317C66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0D4A" w:rsidRDefault="003D0D4A" w:rsidP="00902BA8">
      <w:pPr>
        <w:spacing w:after="0" w:line="240" w:lineRule="auto"/>
      </w:pPr>
      <w:r>
        <w:separator/>
      </w:r>
    </w:p>
  </w:endnote>
  <w:endnote w:type="continuationSeparator" w:id="0">
    <w:p w:rsidR="003D0D4A" w:rsidRDefault="003D0D4A" w:rsidP="00902B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BA8" w:rsidRDefault="00902BA8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BA8" w:rsidRDefault="00902BA8" w:rsidP="00902BA8">
    <w:pPr>
      <w:pStyle w:val="NormalnyWeb"/>
      <w:jc w:val="center"/>
    </w:pPr>
    <w:r>
      <w:rPr>
        <w:noProof/>
      </w:rPr>
      <w:drawing>
        <wp:inline distT="0" distB="0" distL="0" distR="0">
          <wp:extent cx="2972257" cy="678827"/>
          <wp:effectExtent l="0" t="0" r="0" b="0"/>
          <wp:docPr id="2" name="Obraz 1" descr="C:\Users\Iwonka\Desktop\Dokumenty do wolontariackiego\Logo_Wojewodztwa_Malopolskiego\kolor\Logo-Małopolska-H-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wonka\Desktop\Dokumenty do wolontariackiego\Logo_Wojewodztwa_Malopolskiego\kolor\Logo-Małopolska-H-rgb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0611" cy="6830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02BA8" w:rsidRDefault="00902BA8" w:rsidP="00902BA8">
    <w:pPr>
      <w:pStyle w:val="Stopka"/>
      <w:jc w:val="center"/>
    </w:pPr>
    <w:proofErr w:type="spellStart"/>
    <w:r>
      <w:t>Projekt</w:t>
    </w:r>
    <w:proofErr w:type="spellEnd"/>
    <w:r>
      <w:t xml:space="preserve"> </w:t>
    </w:r>
    <w:proofErr w:type="spellStart"/>
    <w:r>
      <w:t>realizowany</w:t>
    </w:r>
    <w:proofErr w:type="spellEnd"/>
    <w:r>
      <w:t xml:space="preserve"> </w:t>
    </w:r>
    <w:proofErr w:type="spellStart"/>
    <w:r>
      <w:t>przy</w:t>
    </w:r>
    <w:proofErr w:type="spellEnd"/>
    <w:r>
      <w:t xml:space="preserve"> </w:t>
    </w:r>
    <w:proofErr w:type="spellStart"/>
    <w:r>
      <w:t>wsparciu</w:t>
    </w:r>
    <w:proofErr w:type="spellEnd"/>
    <w:r>
      <w:t xml:space="preserve"> </w:t>
    </w:r>
    <w:proofErr w:type="spellStart"/>
    <w:r>
      <w:t>finansowym</w:t>
    </w:r>
    <w:proofErr w:type="spellEnd"/>
    <w:r>
      <w:t xml:space="preserve"> </w:t>
    </w:r>
    <w:proofErr w:type="spellStart"/>
    <w:r>
      <w:t>Województwa</w:t>
    </w:r>
    <w:proofErr w:type="spellEnd"/>
    <w:r>
      <w:t xml:space="preserve"> </w:t>
    </w:r>
    <w:proofErr w:type="spellStart"/>
    <w:r>
      <w:t>Małopolskiego</w:t>
    </w:r>
    <w:proofErr w:type="spellEnd"/>
  </w:p>
  <w:p w:rsidR="00902BA8" w:rsidRDefault="00902BA8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BA8" w:rsidRDefault="00902BA8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0D4A" w:rsidRDefault="003D0D4A" w:rsidP="00902BA8">
      <w:pPr>
        <w:spacing w:after="0" w:line="240" w:lineRule="auto"/>
      </w:pPr>
      <w:r>
        <w:separator/>
      </w:r>
    </w:p>
  </w:footnote>
  <w:footnote w:type="continuationSeparator" w:id="0">
    <w:p w:rsidR="003D0D4A" w:rsidRDefault="003D0D4A" w:rsidP="00902B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BA8" w:rsidRDefault="00902BA8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BA8" w:rsidRPr="001F5F47" w:rsidRDefault="00902BA8" w:rsidP="00902BA8">
    <w:pPr>
      <w:pStyle w:val="Nagwek"/>
      <w:jc w:val="center"/>
      <w:rPr>
        <w:sz w:val="20"/>
        <w:szCs w:val="20"/>
      </w:rPr>
    </w:pPr>
    <w:proofErr w:type="spellStart"/>
    <w:r w:rsidRPr="001F5F47">
      <w:rPr>
        <w:sz w:val="20"/>
        <w:szCs w:val="20"/>
      </w:rPr>
      <w:t>Projekt</w:t>
    </w:r>
    <w:proofErr w:type="spellEnd"/>
    <w:r w:rsidRPr="001F5F47">
      <w:rPr>
        <w:sz w:val="20"/>
        <w:szCs w:val="20"/>
      </w:rPr>
      <w:t xml:space="preserve"> „</w:t>
    </w:r>
    <w:proofErr w:type="spellStart"/>
    <w:r w:rsidRPr="001F5F47">
      <w:rPr>
        <w:sz w:val="20"/>
        <w:szCs w:val="20"/>
      </w:rPr>
      <w:t>WoloAktywni</w:t>
    </w:r>
    <w:proofErr w:type="spellEnd"/>
    <w:r w:rsidRPr="001F5F47">
      <w:rPr>
        <w:sz w:val="20"/>
        <w:szCs w:val="20"/>
      </w:rPr>
      <w:t xml:space="preserve">” z </w:t>
    </w:r>
    <w:proofErr w:type="spellStart"/>
    <w:r w:rsidRPr="001F5F47">
      <w:rPr>
        <w:sz w:val="20"/>
        <w:szCs w:val="20"/>
      </w:rPr>
      <w:t>otwartego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konkursu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ofert</w:t>
    </w:r>
    <w:proofErr w:type="spellEnd"/>
    <w:r w:rsidRPr="001F5F47">
      <w:rPr>
        <w:sz w:val="20"/>
        <w:szCs w:val="20"/>
      </w:rPr>
      <w:t xml:space="preserve">  </w:t>
    </w:r>
    <w:proofErr w:type="spellStart"/>
    <w:r w:rsidRPr="001F5F47">
      <w:rPr>
        <w:sz w:val="20"/>
        <w:szCs w:val="20"/>
      </w:rPr>
      <w:t>na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realizację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zadań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publicznych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Województwa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Małopolskiego</w:t>
    </w:r>
    <w:proofErr w:type="spellEnd"/>
    <w:r w:rsidRPr="001F5F47">
      <w:rPr>
        <w:sz w:val="20"/>
        <w:szCs w:val="20"/>
      </w:rPr>
      <w:t xml:space="preserve"> w </w:t>
    </w:r>
    <w:proofErr w:type="spellStart"/>
    <w:r w:rsidRPr="001F5F47">
      <w:rPr>
        <w:sz w:val="20"/>
        <w:szCs w:val="20"/>
      </w:rPr>
      <w:t>obszarze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promocji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i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organizacji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wolontariatu</w:t>
    </w:r>
    <w:proofErr w:type="spellEnd"/>
    <w:r w:rsidRPr="001F5F47">
      <w:rPr>
        <w:sz w:val="20"/>
        <w:szCs w:val="20"/>
      </w:rPr>
      <w:t xml:space="preserve"> w </w:t>
    </w:r>
    <w:proofErr w:type="spellStart"/>
    <w:r w:rsidRPr="001F5F47">
      <w:rPr>
        <w:sz w:val="20"/>
        <w:szCs w:val="20"/>
      </w:rPr>
      <w:t>roku</w:t>
    </w:r>
    <w:proofErr w:type="spellEnd"/>
    <w:r w:rsidRPr="001F5F47">
      <w:rPr>
        <w:sz w:val="20"/>
        <w:szCs w:val="20"/>
      </w:rPr>
      <w:t xml:space="preserve"> 2025, </w:t>
    </w:r>
    <w:proofErr w:type="spellStart"/>
    <w:r w:rsidRPr="001F5F47">
      <w:rPr>
        <w:sz w:val="20"/>
        <w:szCs w:val="20"/>
      </w:rPr>
      <w:t>pn</w:t>
    </w:r>
    <w:proofErr w:type="spellEnd"/>
    <w:r w:rsidRPr="001F5F47">
      <w:rPr>
        <w:sz w:val="20"/>
        <w:szCs w:val="20"/>
      </w:rPr>
      <w:t xml:space="preserve">.: </w:t>
    </w:r>
    <w:r w:rsidRPr="001F5F47">
      <w:rPr>
        <w:sz w:val="20"/>
        <w:szCs w:val="20"/>
      </w:rPr>
      <w:br/>
      <w:t>„</w:t>
    </w:r>
    <w:proofErr w:type="spellStart"/>
    <w:r w:rsidRPr="001F5F47">
      <w:rPr>
        <w:sz w:val="20"/>
        <w:szCs w:val="20"/>
      </w:rPr>
      <w:t>Bądź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na</w:t>
    </w:r>
    <w:proofErr w:type="spellEnd"/>
    <w:r w:rsidRPr="001F5F47">
      <w:rPr>
        <w:sz w:val="20"/>
        <w:szCs w:val="20"/>
      </w:rPr>
      <w:t xml:space="preserve"> Ty z </w:t>
    </w:r>
    <w:proofErr w:type="spellStart"/>
    <w:r w:rsidRPr="001F5F47">
      <w:rPr>
        <w:sz w:val="20"/>
        <w:szCs w:val="20"/>
      </w:rPr>
      <w:t>Małopolskim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Wolontariatem</w:t>
    </w:r>
    <w:proofErr w:type="spellEnd"/>
    <w:r w:rsidRPr="001F5F47">
      <w:rPr>
        <w:sz w:val="20"/>
        <w:szCs w:val="20"/>
      </w:rPr>
      <w:t>”.</w:t>
    </w:r>
  </w:p>
  <w:p w:rsidR="00902BA8" w:rsidRDefault="00902BA8">
    <w:pPr>
      <w:pStyle w:val="Nagwek"/>
    </w:pPr>
  </w:p>
  <w:p w:rsidR="00902BA8" w:rsidRDefault="00902BA8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BA8" w:rsidRDefault="00902BA8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47730"/>
    <w:rsid w:val="00034616"/>
    <w:rsid w:val="0006063C"/>
    <w:rsid w:val="0015074B"/>
    <w:rsid w:val="0029639D"/>
    <w:rsid w:val="00317C66"/>
    <w:rsid w:val="00326F90"/>
    <w:rsid w:val="003D0D4A"/>
    <w:rsid w:val="005A25B1"/>
    <w:rsid w:val="006374E0"/>
    <w:rsid w:val="00902BA8"/>
    <w:rsid w:val="0093248A"/>
    <w:rsid w:val="00AA1D8D"/>
    <w:rsid w:val="00B47730"/>
    <w:rsid w:val="00CB0664"/>
    <w:rsid w:val="00FC6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693F"/>
    <w:rPr>
      <w:rFonts w:ascii="Calibri" w:hAnsi="Calibri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902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2BA8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902B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D155F99-0265-4CF2-BA5E-C5422A9E3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354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2478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Iwonka</cp:lastModifiedBy>
  <cp:revision>4</cp:revision>
  <dcterms:created xsi:type="dcterms:W3CDTF">2013-12-23T23:15:00Z</dcterms:created>
  <dcterms:modified xsi:type="dcterms:W3CDTF">2025-08-03T09:29:00Z</dcterms:modified>
  <cp:category/>
</cp:coreProperties>
</file>